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ומרגישים בטוח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בדרכים ובנסיעה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להתמודד עם רגשות ודאגות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שיתוף ופנייה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מתומן (8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מקשיבים ומנחמים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החגורה שומרת עלינו במקרה של בלימה 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צריך להסתכל ולוודא שאין מכוניות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להקשיב ולנחם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שיתוף עוזר להרגיש פחות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שלט עצור הוא בצורת מתומן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לפעולה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(במעבר 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(חוגרים חגורת בטיחות)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(מקשיבים ומנחמים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(מספרים למבוגר שסומכים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(אומרים בקול 'קשה לי')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תקינה תכלול כלל בטיחות (כמו חגורה) והסבר קצר למה הוא מגן 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תכלול משפט מנחם או הצעת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בטיחות ברור כמו חגורה או מעבר 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מנחם או מציע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מבוגר אחראי כמו הורה או מורה - אפשר גם 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המשחקים מהעמוד (טריוויה, מילה במסלול) כהכנה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שהשיתוף ברגשות הוא רשות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דוגמה אישית בזהירות, בלי ללחוץ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ומרגישים בטוח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מה עושים כדי להיות בטוחים באוטו ובכביש, ומה עושים כשקשה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חֲגוֹרַת בְּטִיחוּת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רְצוּעָה שֶׁשּׁוֹמֶרֶת עָלֵינוּ בָּאוֹטוֹ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מְיֻחָד לַחֲצוֹת בּוֹ אֶת הַכְּבִישׁ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כִּנֶּרֶת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אֲגַם גָּדוֹל בַּצָּפוֹן, לְיַד טְבֶרְיָה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שֶׁלֶט עֲצֹר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שֶׁלֶט אָדֹם בְּצוּרַת מְתֻמָּן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דְּאָגָה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תְּחוּשָׁה כְּשֶׁמַּשֶּׁהוּ מַפְחִיד אוֹ מַטְרִיד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חֹסֶן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הַיְּכֹלֶת לְהִתְמוֹדֵד עִם קֹשִׁי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שִׁתּוּף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לְסַפֵּר לְמִישֶׁהוּ מָה מַרְגִּישִׁים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שמים כשנוסעים באוטו כדי להיות בטוחים?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נכון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בעיניים עצומות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לאגם הגדול בצפון?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 החולה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נראה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מתומן (8 צלעות)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נכון לעשות כשחבר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מקשיבים ומנחמים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בורחים ממנו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לחגור חגורת בטיחות בכל 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בלי להסתכל לצדדים.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עצוב כדאי להתעלם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למבוגר שסומכים עליו על דאגה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הוא בצורת עיגול.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חוגרים __________ בכל נסיעה באוטו.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האגם הגדול ליד טבריה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שלט עצור הוא בצורת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לפעולה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חוצים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מקשיבים ומנחמים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נוסעים באוטו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מספרים למבוגר שסומכים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אומרים בקול 'קשה לי'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דאגה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במעבר 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קשה 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חוגרים חגורת בטיחות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במעבר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חשוב לנוסעים באוטו,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תגידו לחבר שמרגיש עצוב.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לנוסעים.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תגידו לחבר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תספרו אם תדאגו?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ומרגישים בטוח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